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E7B" w:rsidRDefault="00A90E7B">
      <w:pPr>
        <w:spacing w:after="40" w:line="240" w:lineRule="auto"/>
        <w:jc w:val="center"/>
      </w:pPr>
    </w:p>
    <w:tbl>
      <w:tblPr>
        <w:tblW w:w="15192" w:type="dxa"/>
        <w:jc w:val="center"/>
        <w:tblLayout w:type="fixed"/>
        <w:tblLook w:val="04A0" w:firstRow="1" w:lastRow="0" w:firstColumn="1" w:lastColumn="0" w:noHBand="0" w:noVBand="1"/>
      </w:tblPr>
      <w:tblGrid>
        <w:gridCol w:w="15192"/>
      </w:tblGrid>
      <w:tr w:rsidR="00A90E7B" w:rsidRPr="0017507D">
        <w:trPr>
          <w:trHeight w:hRule="exact" w:val="9720"/>
          <w:jc w:val="center"/>
        </w:trPr>
        <w:tc>
          <w:tcPr>
            <w:tcW w:w="15192" w:type="dxa"/>
            <w:tcBorders>
              <w:top w:val="double" w:sz="20" w:space="0" w:color="1F4E79"/>
              <w:left w:val="double" w:sz="20" w:space="0" w:color="1F4E79"/>
              <w:bottom w:val="double" w:sz="20" w:space="0" w:color="1F4E79"/>
              <w:right w:val="double" w:sz="20" w:space="0" w:color="1F4E79"/>
            </w:tcBorders>
            <w:shd w:val="clear" w:color="auto" w:fill="FFFFFF"/>
            <w:tcMar>
              <w:top w:w="420" w:type="dxa"/>
              <w:left w:w="520" w:type="dxa"/>
              <w:bottom w:w="420" w:type="dxa"/>
              <w:right w:w="520" w:type="dxa"/>
            </w:tcMar>
            <w:vAlign w:val="center"/>
          </w:tcPr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52"/>
                <w:lang w:val="ru-RU"/>
              </w:rPr>
              <w:t>ИМЕННОЙ СЕРТИФИКАТ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подтверждает, что</w:t>
            </w:r>
          </w:p>
          <w:p w:rsidR="00A90E7B" w:rsidRPr="0017507D" w:rsidRDefault="00017E39">
            <w:pPr>
              <w:spacing w:after="160" w:line="240" w:lineRule="auto"/>
              <w:jc w:val="center"/>
              <w:rPr>
                <w:lang w:val="ru-RU"/>
              </w:rPr>
            </w:pPr>
            <w:r>
              <w:rPr>
                <w:rFonts w:cs="Times New Roman"/>
                <w:b/>
                <w:sz w:val="44"/>
                <w:lang w:val="ru-RU"/>
              </w:rPr>
              <w:t>ПОСОХОВА</w:t>
            </w:r>
            <w:r w:rsidR="00771BBF">
              <w:rPr>
                <w:rFonts w:cs="Times New Roman"/>
                <w:b/>
                <w:sz w:val="44"/>
                <w:lang w:val="ru-RU"/>
              </w:rPr>
              <w:t xml:space="preserve"> </w:t>
            </w:r>
            <w:r>
              <w:rPr>
                <w:rFonts w:cs="Times New Roman"/>
                <w:b/>
                <w:sz w:val="44"/>
                <w:lang w:val="ru-RU"/>
              </w:rPr>
              <w:t>СВЕТЛАНА ТИМОФЕЕВНА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принял(а) участие в практическом мастер-классе по теме:</w:t>
            </w:r>
          </w:p>
          <w:p w:rsidR="00A90E7B" w:rsidRPr="0017507D" w:rsidRDefault="00253D8E">
            <w:pPr>
              <w:spacing w:after="16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t>«Практическое применение методики обоснования затрат и расчёта цены</w:t>
            </w:r>
            <w:r w:rsidRPr="0017507D">
              <w:rPr>
                <w:rFonts w:cs="Times New Roman"/>
                <w:b/>
                <w:color w:val="1F4E79"/>
                <w:sz w:val="32"/>
                <w:lang w:val="ru-RU"/>
              </w:rPr>
              <w:br/>
              <w:t>в рамках государственного оборонного заказа»</w:t>
            </w:r>
          </w:p>
          <w:p w:rsidR="00A90E7B" w:rsidRPr="0017507D" w:rsidRDefault="00253D8E">
            <w:pPr>
              <w:spacing w:after="120"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sz w:val="28"/>
                <w:lang w:val="ru-RU"/>
              </w:rPr>
              <w:t>и удостоен(а) статуса</w:t>
            </w:r>
          </w:p>
          <w:p w:rsidR="00A90E7B" w:rsidRPr="0017507D" w:rsidRDefault="00253D8E">
            <w:pPr>
              <w:spacing w:line="240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b/>
                <w:sz w:val="36"/>
                <w:lang w:val="ru-RU"/>
              </w:rPr>
              <w:t>«Эксперт практического применения методики расчёта цены в рамках ГОЗ»</w:t>
            </w:r>
          </w:p>
          <w:p w:rsidR="00A90E7B" w:rsidRPr="0017507D" w:rsidRDefault="00253D8E">
            <w:pPr>
              <w:spacing w:line="252" w:lineRule="auto"/>
              <w:jc w:val="center"/>
              <w:rPr>
                <w:lang w:val="ru-RU"/>
              </w:rPr>
            </w:pPr>
            <w:r w:rsidRPr="0017507D">
              <w:rPr>
                <w:rFonts w:cs="Times New Roman"/>
                <w:lang w:val="ru-RU"/>
              </w:rPr>
              <w:t>за успешное выполнение практических заданий, направленных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      </w: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596"/>
              <w:gridCol w:w="7596"/>
            </w:tblGrid>
            <w:tr w:rsidR="00A90E7B" w:rsidRPr="00771BBF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17507D" w:rsidP="0017507D">
                  <w:pPr>
                    <w:spacing w:after="0" w:line="240" w:lineRule="auto"/>
                  </w:pPr>
                  <w:r>
                    <w:rPr>
                      <w:rFonts w:cs="Times New Roman"/>
                      <w:b/>
                      <w:sz w:val="22"/>
                      <w:lang w:val="ru-RU"/>
                    </w:rPr>
                    <w:t xml:space="preserve">         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Дата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 </w:t>
                  </w:r>
                  <w:proofErr w:type="spellStart"/>
                  <w:r w:rsidR="00253D8E">
                    <w:rPr>
                      <w:rFonts w:cs="Times New Roman"/>
                      <w:b/>
                      <w:sz w:val="22"/>
                    </w:rPr>
                    <w:t>выдачи</w:t>
                  </w:r>
                  <w:proofErr w:type="spellEnd"/>
                  <w:r w:rsidR="00253D8E">
                    <w:rPr>
                      <w:rFonts w:cs="Times New Roman"/>
                      <w:b/>
                      <w:sz w:val="22"/>
                    </w:rPr>
                    <w:t xml:space="preserve">: </w:t>
                  </w:r>
                  <w:r w:rsidR="00253D8E">
                    <w:rPr>
                      <w:rFonts w:cs="Times New Roman"/>
                      <w:sz w:val="22"/>
                    </w:rPr>
                    <w:t>[</w:t>
                  </w:r>
                  <w:r>
                    <w:rPr>
                      <w:rFonts w:cs="Times New Roman"/>
                      <w:sz w:val="22"/>
                      <w:lang w:val="ru-RU"/>
                    </w:rPr>
                    <w:t>05.06.2026</w:t>
                  </w:r>
                  <w:r w:rsidR="00253D8E">
                    <w:rPr>
                      <w:rFonts w:cs="Times New Roman"/>
                      <w:sz w:val="22"/>
                    </w:rPr>
                    <w:t>]</w:t>
                  </w: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253D8E" w:rsidP="0017507D">
                  <w:pPr>
                    <w:spacing w:after="0" w:line="240" w:lineRule="auto"/>
                    <w:rPr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Место проведения: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Санкт-Петербург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 xml:space="preserve"> / 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>СПбГУ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</w:tc>
            </w:tr>
            <w:tr w:rsidR="00A90E7B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Pr="0017507D" w:rsidRDefault="00A90E7B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A90E7B" w:rsidRDefault="00253D8E" w:rsidP="0017507D">
                  <w:pPr>
                    <w:spacing w:after="0" w:line="240" w:lineRule="auto"/>
                    <w:rPr>
                      <w:rFonts w:cs="Times New Roman"/>
                      <w:sz w:val="22"/>
                      <w:lang w:val="ru-RU"/>
                    </w:rPr>
                  </w:pPr>
                  <w:r w:rsidRPr="0017507D">
                    <w:rPr>
                      <w:rFonts w:cs="Times New Roman"/>
                      <w:b/>
                      <w:sz w:val="22"/>
                      <w:lang w:val="ru-RU"/>
                    </w:rPr>
                    <w:t xml:space="preserve">Организация: 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[</w:t>
                  </w:r>
                  <w:r w:rsidR="0017507D" w:rsidRPr="0017507D">
                    <w:rPr>
                      <w:rFonts w:cs="Times New Roman"/>
                      <w:i/>
                      <w:sz w:val="22"/>
                      <w:lang w:val="ru-RU"/>
                    </w:rPr>
                    <w:t>будущий</w:t>
                  </w:r>
                  <w:r w:rsidR="0017507D">
                    <w:rPr>
                      <w:rFonts w:cs="Times New Roman"/>
                      <w:sz w:val="22"/>
                      <w:lang w:val="ru-RU"/>
                    </w:rPr>
                    <w:t xml:space="preserve"> ПРЕПОДАВАТЕЛЬ ВЫСШЕЙ ШКОЛЫ</w:t>
                  </w:r>
                  <w:r w:rsidRPr="0017507D">
                    <w:rPr>
                      <w:rFonts w:cs="Times New Roman"/>
                      <w:sz w:val="22"/>
                      <w:lang w:val="ru-RU"/>
                    </w:rPr>
                    <w:t>]</w:t>
                  </w:r>
                </w:p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  <w:r>
                    <w:rPr>
                      <w:rFonts w:cs="Times New Roman"/>
                      <w:sz w:val="22"/>
                      <w:lang w:val="ru-RU"/>
                    </w:rPr>
                    <w:t xml:space="preserve">                                                    ФАБРИКОВА АННА</w:t>
                  </w:r>
                </w:p>
              </w:tc>
            </w:tr>
            <w:tr w:rsidR="0017507D" w:rsidRPr="0017507D">
              <w:trPr>
                <w:jc w:val="center"/>
              </w:trPr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lang w:val="ru-RU"/>
                    </w:rPr>
                  </w:pPr>
                </w:p>
              </w:tc>
              <w:tc>
                <w:tcPr>
                  <w:tcW w:w="75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</w:tcPr>
                <w:p w:rsidR="0017507D" w:rsidRPr="0017507D" w:rsidRDefault="0017507D" w:rsidP="0017507D">
                  <w:pPr>
                    <w:spacing w:after="0" w:line="240" w:lineRule="auto"/>
                    <w:rPr>
                      <w:rFonts w:cs="Times New Roman"/>
                      <w:b/>
                      <w:sz w:val="22"/>
                      <w:lang w:val="ru-RU"/>
                    </w:rPr>
                  </w:pPr>
                </w:p>
              </w:tc>
            </w:tr>
          </w:tbl>
          <w:p w:rsidR="00A90E7B" w:rsidRPr="0017507D" w:rsidRDefault="00A90E7B">
            <w:pPr>
              <w:rPr>
                <w:lang w:val="ru-RU"/>
              </w:rPr>
            </w:pPr>
          </w:p>
          <w:p w:rsidR="00A90E7B" w:rsidRPr="0017507D" w:rsidRDefault="00A90E7B">
            <w:pPr>
              <w:spacing w:before="200" w:after="0" w:line="240" w:lineRule="auto"/>
              <w:jc w:val="center"/>
              <w:rPr>
                <w:lang w:val="ru-RU"/>
              </w:rPr>
            </w:pPr>
          </w:p>
        </w:tc>
      </w:tr>
    </w:tbl>
    <w:p w:rsidR="00A90E7B" w:rsidRPr="0017507D" w:rsidRDefault="00A90E7B">
      <w:pPr>
        <w:rPr>
          <w:lang w:val="ru-RU"/>
        </w:rPr>
        <w:sectPr w:rsidR="00A90E7B" w:rsidRPr="0017507D">
          <w:pgSz w:w="16834" w:h="11909" w:orient="landscape"/>
          <w:pgMar w:top="648" w:right="792" w:bottom="648" w:left="792" w:header="720" w:footer="720" w:gutter="0"/>
          <w:cols w:space="720"/>
          <w:docGrid w:linePitch="360"/>
        </w:sectPr>
      </w:pPr>
    </w:p>
    <w:p w:rsidR="00A90E7B" w:rsidRPr="0017507D" w:rsidRDefault="00253D8E">
      <w:pPr>
        <w:spacing w:before="360" w:after="320" w:line="240" w:lineRule="auto"/>
        <w:jc w:val="center"/>
        <w:rPr>
          <w:lang w:val="ru-RU"/>
        </w:rPr>
      </w:pPr>
      <w:r w:rsidRPr="0017507D">
        <w:rPr>
          <w:rFonts w:cs="Times New Roman"/>
          <w:b/>
          <w:color w:val="1F4E79"/>
          <w:sz w:val="40"/>
          <w:lang w:val="ru-RU"/>
        </w:rPr>
        <w:lastRenderedPageBreak/>
        <w:t>БЛАГОДАРСТВЕННОЕ ПИСЬМО</w:t>
      </w:r>
    </w:p>
    <w:p w:rsidR="00A90E7B" w:rsidRPr="0017507D" w:rsidRDefault="00253D8E">
      <w:pPr>
        <w:spacing w:line="240" w:lineRule="auto"/>
        <w:rPr>
          <w:lang w:val="ru-RU"/>
        </w:rPr>
      </w:pPr>
      <w:r w:rsidRPr="0017507D">
        <w:rPr>
          <w:rFonts w:cs="Times New Roman"/>
          <w:sz w:val="26"/>
          <w:lang w:val="ru-RU"/>
        </w:rPr>
        <w:t>Уважаемый(</w:t>
      </w:r>
      <w:proofErr w:type="spellStart"/>
      <w:r w:rsidRPr="0017507D">
        <w:rPr>
          <w:rFonts w:cs="Times New Roman"/>
          <w:sz w:val="26"/>
          <w:lang w:val="ru-RU"/>
        </w:rPr>
        <w:t>ая</w:t>
      </w:r>
      <w:proofErr w:type="spellEnd"/>
      <w:r w:rsidRPr="0017507D">
        <w:rPr>
          <w:rFonts w:cs="Times New Roman"/>
          <w:sz w:val="26"/>
          <w:lang w:val="ru-RU"/>
        </w:rPr>
        <w:t xml:space="preserve">) </w:t>
      </w:r>
      <w:r w:rsidR="00017E39">
        <w:rPr>
          <w:rFonts w:cs="Times New Roman"/>
          <w:b/>
          <w:sz w:val="26"/>
          <w:lang w:val="ru-RU"/>
        </w:rPr>
        <w:t>СВЕТЛАНА ТИМОФЕЕВНА</w:t>
      </w:r>
      <w:bookmarkStart w:id="0" w:name="_GoBack"/>
      <w:bookmarkEnd w:id="0"/>
      <w:r w:rsidRPr="0017507D">
        <w:rPr>
          <w:rFonts w:cs="Times New Roman"/>
          <w:b/>
          <w:sz w:val="26"/>
          <w:lang w:val="ru-RU"/>
        </w:rPr>
        <w:t>!</w:t>
      </w:r>
    </w:p>
    <w:p w:rsidR="00A90E7B" w:rsidRPr="0017507D" w:rsidRDefault="00253D8E">
      <w:pPr>
        <w:ind w:firstLine="504"/>
        <w:jc w:val="both"/>
        <w:rPr>
          <w:lang w:val="ru-RU"/>
        </w:rPr>
      </w:pPr>
      <w:proofErr w:type="spellStart"/>
      <w:r w:rsidRPr="0017507D">
        <w:rPr>
          <w:rFonts w:cs="Times New Roman"/>
          <w:sz w:val="26"/>
          <w:lang w:val="ru-RU"/>
        </w:rPr>
        <w:t>Выражае</w:t>
      </w:r>
      <w:r w:rsidR="0017507D">
        <w:rPr>
          <w:rFonts w:cs="Times New Roman"/>
          <w:sz w:val="26"/>
          <w:lang w:val="ru-RU"/>
        </w:rPr>
        <w:t>ю</w:t>
      </w:r>
      <w:proofErr w:type="spellEnd"/>
      <w:r w:rsidRPr="0017507D">
        <w:rPr>
          <w:rFonts w:cs="Times New Roman"/>
          <w:sz w:val="26"/>
          <w:lang w:val="ru-RU"/>
        </w:rPr>
        <w:t xml:space="preserve"> Вам благодарность за активное участие в практическом мастер-классе, посвящённом вопросам обоснования затрат и формирования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В ходе мастер-класса Вами были выполнены практические задания, направленные на выявление ошибок в расчётах цены, анализ обоснованности включения затрат, определение достаточности подтверждающих документов и подготовку предложений по корректировке расчётных материалов.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Особо отмеча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Вашу заинтересованность в освоении практико-ориентированных инструментов ценообразования в сфере ГОЗ, внимательное отношение к анализу учебных кейсов и активное участие в обсуждении результатов мастер-класса.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Благодар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Вас за профессиональный интерес, </w:t>
      </w:r>
      <w:proofErr w:type="spellStart"/>
      <w:r w:rsidRPr="0017507D">
        <w:rPr>
          <w:rFonts w:cs="Times New Roman"/>
          <w:sz w:val="26"/>
          <w:lang w:val="ru-RU"/>
        </w:rPr>
        <w:t>включённость</w:t>
      </w:r>
      <w:proofErr w:type="spellEnd"/>
      <w:r w:rsidRPr="0017507D">
        <w:rPr>
          <w:rFonts w:cs="Times New Roman"/>
          <w:sz w:val="26"/>
          <w:lang w:val="ru-RU"/>
        </w:rPr>
        <w:t xml:space="preserve"> в образовательный процесс и стремление к развитию практических компетенций в области обоснования затрат и расчёта цены в рамках государственного оборонного заказа.</w:t>
      </w:r>
    </w:p>
    <w:p w:rsidR="00A90E7B" w:rsidRPr="0017507D" w:rsidRDefault="00253D8E">
      <w:pPr>
        <w:ind w:firstLine="504"/>
        <w:jc w:val="both"/>
        <w:rPr>
          <w:lang w:val="ru-RU"/>
        </w:rPr>
      </w:pPr>
      <w:r w:rsidRPr="0017507D">
        <w:rPr>
          <w:rFonts w:cs="Times New Roman"/>
          <w:sz w:val="26"/>
          <w:lang w:val="ru-RU"/>
        </w:rPr>
        <w:t>Жела</w:t>
      </w:r>
      <w:r w:rsidR="0017507D">
        <w:rPr>
          <w:rFonts w:cs="Times New Roman"/>
          <w:sz w:val="26"/>
          <w:lang w:val="ru-RU"/>
        </w:rPr>
        <w:t>ю</w:t>
      </w:r>
      <w:r w:rsidRPr="0017507D">
        <w:rPr>
          <w:rFonts w:cs="Times New Roman"/>
          <w:sz w:val="26"/>
          <w:lang w:val="ru-RU"/>
        </w:rPr>
        <w:t xml:space="preserve"> Вам дальнейших профессиональных успехов, новых методических идей и эффективного применения полученных знаний в преподавательской и экспертной деятельности.</w:t>
      </w:r>
    </w:p>
    <w:p w:rsidR="00A90E7B" w:rsidRPr="0017507D" w:rsidRDefault="0017507D">
      <w:pPr>
        <w:spacing w:before="360" w:after="120" w:line="240" w:lineRule="auto"/>
        <w:rPr>
          <w:lang w:val="ru-RU"/>
        </w:rPr>
      </w:pPr>
      <w:r>
        <w:rPr>
          <w:rFonts w:cs="Times New Roman"/>
          <w:b/>
          <w:lang w:val="ru-RU"/>
        </w:rPr>
        <w:t>(</w:t>
      </w:r>
      <w:r w:rsidRPr="0017507D">
        <w:rPr>
          <w:rFonts w:cs="Times New Roman"/>
          <w:b/>
          <w:i/>
          <w:lang w:val="ru-RU"/>
        </w:rPr>
        <w:t>будущий</w:t>
      </w:r>
      <w:r>
        <w:rPr>
          <w:rFonts w:cs="Times New Roman"/>
          <w:b/>
          <w:i/>
          <w:lang w:val="ru-RU"/>
        </w:rPr>
        <w:t>)</w:t>
      </w:r>
      <w:r>
        <w:rPr>
          <w:rFonts w:cs="Times New Roman"/>
          <w:b/>
          <w:lang w:val="ru-RU"/>
        </w:rPr>
        <w:t xml:space="preserve"> ПРЕПОДАВАТЕЛЬ ВЫСШЕЙ ШКОЛЫ</w:t>
      </w:r>
      <w:r w:rsidR="00253D8E" w:rsidRPr="0017507D">
        <w:rPr>
          <w:rFonts w:cs="Times New Roman"/>
          <w:lang w:val="ru-RU"/>
        </w:rPr>
        <w:t xml:space="preserve"> / </w:t>
      </w:r>
      <w:r>
        <w:rPr>
          <w:rFonts w:cs="Times New Roman"/>
          <w:lang w:val="ru-RU"/>
        </w:rPr>
        <w:t>ФАБРИКОВА АННА ВАЛЕРЬЕАНА</w:t>
      </w:r>
    </w:p>
    <w:p w:rsidR="00A90E7B" w:rsidRPr="0017507D" w:rsidRDefault="0017507D">
      <w:pPr>
        <w:spacing w:after="0" w:line="240" w:lineRule="auto"/>
        <w:rPr>
          <w:lang w:val="ru-RU"/>
        </w:rPr>
      </w:pPr>
      <w:r w:rsidRPr="0017507D">
        <w:rPr>
          <w:rFonts w:cs="Times New Roman"/>
          <w:lang w:val="ru-RU"/>
        </w:rPr>
        <w:t xml:space="preserve"> </w:t>
      </w:r>
      <w:r w:rsidR="00253D8E" w:rsidRPr="0017507D">
        <w:rPr>
          <w:rFonts w:cs="Times New Roman"/>
          <w:lang w:val="ru-RU"/>
        </w:rPr>
        <w:t>[</w:t>
      </w:r>
      <w:r>
        <w:rPr>
          <w:rFonts w:cs="Times New Roman"/>
          <w:lang w:val="ru-RU"/>
        </w:rPr>
        <w:t>05.06.2026</w:t>
      </w:r>
      <w:r w:rsidR="00253D8E" w:rsidRPr="0017507D">
        <w:rPr>
          <w:rFonts w:cs="Times New Roman"/>
          <w:lang w:val="ru-RU"/>
        </w:rPr>
        <w:t>]</w:t>
      </w:r>
    </w:p>
    <w:sectPr w:rsidR="00A90E7B" w:rsidRPr="0017507D" w:rsidSect="0017507D">
      <w:footerReference w:type="default" r:id="rId8"/>
      <w:pgSz w:w="11909" w:h="16834"/>
      <w:pgMar w:top="1134" w:right="851" w:bottom="10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ED" w:rsidRDefault="00461DED">
      <w:pPr>
        <w:spacing w:after="0" w:line="240" w:lineRule="auto"/>
      </w:pPr>
      <w:r>
        <w:separator/>
      </w:r>
    </w:p>
  </w:endnote>
  <w:endnote w:type="continuationSeparator" w:id="0">
    <w:p w:rsidR="00461DED" w:rsidRDefault="0046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E7B" w:rsidRPr="00E86D54" w:rsidRDefault="00A90E7B" w:rsidP="00E86D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ED" w:rsidRDefault="00461DED">
      <w:pPr>
        <w:spacing w:after="0" w:line="240" w:lineRule="auto"/>
      </w:pPr>
      <w:r>
        <w:separator/>
      </w:r>
    </w:p>
  </w:footnote>
  <w:footnote w:type="continuationSeparator" w:id="0">
    <w:p w:rsidR="00461DED" w:rsidRDefault="00461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7E39"/>
    <w:rsid w:val="00034616"/>
    <w:rsid w:val="0006063C"/>
    <w:rsid w:val="0015074B"/>
    <w:rsid w:val="0017507D"/>
    <w:rsid w:val="00253D8E"/>
    <w:rsid w:val="0029639D"/>
    <w:rsid w:val="00326F90"/>
    <w:rsid w:val="00461DED"/>
    <w:rsid w:val="004829B4"/>
    <w:rsid w:val="00771BBF"/>
    <w:rsid w:val="00A90E7B"/>
    <w:rsid w:val="00AA1D8D"/>
    <w:rsid w:val="00B47730"/>
    <w:rsid w:val="00CB0664"/>
    <w:rsid w:val="00E86D54"/>
    <w:rsid w:val="00F725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6F0DD7"/>
  <w14:defaultImageDpi w14:val="300"/>
  <w15:docId w15:val="{85A2E54C-9303-46B9-BDF6-80BAECDD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505528-D89B-4667-8945-84B0776F8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Бланки сертификата и благодарственного письма по мастер-классу ГОЗ</vt:lpstr>
      <vt:lpstr/>
    </vt:vector>
  </TitlesOfParts>
  <Manager/>
  <Company/>
  <LinksUpToDate>false</LinksUpToDate>
  <CharactersWithSpaces>1977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 сертификата и благодарственного письма по мастер-классу ГОЗ</dc:title>
  <dc:subject>ГОЗ, ценообразование, практический мастер-класс</dc:subject>
  <dc:creator>OpenAI</dc:creator>
  <cp:keywords/>
  <dc:description>Created for editable blank forms.</dc:description>
  <cp:lastModifiedBy>user</cp:lastModifiedBy>
  <cp:revision>2</cp:revision>
  <dcterms:created xsi:type="dcterms:W3CDTF">2026-06-04T21:21:00Z</dcterms:created>
  <dcterms:modified xsi:type="dcterms:W3CDTF">2026-06-04T21:21:00Z</dcterms:modified>
  <cp:category/>
</cp:coreProperties>
</file>